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F731" w14:textId="77777777" w:rsidR="00BC4C83" w:rsidRDefault="00BC4C83" w:rsidP="007F0076">
      <w:pPr>
        <w:spacing w:after="0"/>
        <w:jc w:val="center"/>
        <w:rPr>
          <w:b/>
          <w:color w:val="002060"/>
          <w:sz w:val="40"/>
        </w:rPr>
      </w:pPr>
    </w:p>
    <w:p w14:paraId="0CC9AB84" w14:textId="0647BDFB" w:rsidR="008F7D48" w:rsidRPr="007F0076" w:rsidRDefault="008263FB" w:rsidP="007F0076">
      <w:pPr>
        <w:spacing w:after="0"/>
        <w:jc w:val="center"/>
        <w:rPr>
          <w:color w:val="002060"/>
        </w:rPr>
      </w:pPr>
      <w:r w:rsidRPr="007F0076">
        <w:rPr>
          <w:b/>
          <w:color w:val="002060"/>
          <w:sz w:val="40"/>
        </w:rPr>
        <w:t>FICHA DE INSCRIÇÃO</w:t>
      </w:r>
    </w:p>
    <w:p w14:paraId="06A136FE" w14:textId="77777777" w:rsidR="007F0076" w:rsidRPr="007F0076" w:rsidRDefault="007F0076" w:rsidP="007F0076">
      <w:pPr>
        <w:spacing w:after="40"/>
        <w:rPr>
          <w:b/>
          <w:color w:val="002060"/>
          <w:sz w:val="28"/>
        </w:rPr>
      </w:pPr>
    </w:p>
    <w:p w14:paraId="2FC59602" w14:textId="3DDDF232" w:rsidR="008F7D48" w:rsidRPr="007F0076" w:rsidRDefault="008263FB" w:rsidP="007F0076">
      <w:pPr>
        <w:spacing w:after="40"/>
        <w:rPr>
          <w:color w:val="002060"/>
        </w:rPr>
      </w:pPr>
      <w:r w:rsidRPr="007F0076">
        <w:rPr>
          <w:b/>
          <w:color w:val="002060"/>
          <w:sz w:val="28"/>
        </w:rPr>
        <w:t>Assembleia de Crianças de São Vicente</w:t>
      </w:r>
    </w:p>
    <w:p w14:paraId="4A18A743" w14:textId="77777777" w:rsidR="008F7D48" w:rsidRPr="007F0076" w:rsidRDefault="008263FB" w:rsidP="007F0076">
      <w:pPr>
        <w:spacing w:after="40"/>
        <w:rPr>
          <w:color w:val="002060"/>
        </w:rPr>
      </w:pPr>
      <w:r w:rsidRPr="007F0076">
        <w:rPr>
          <w:color w:val="002060"/>
          <w:sz w:val="20"/>
        </w:rPr>
        <w:t>13 de novembro · 17h00 às 18h30 · Polo Cultural São Vicente, Campo de Santa Clara, 60</w:t>
      </w:r>
    </w:p>
    <w:p w14:paraId="2ED59BB1" w14:textId="04E41A9F" w:rsidR="008F7D48" w:rsidRPr="007F0076" w:rsidRDefault="008263FB" w:rsidP="007F0076">
      <w:pPr>
        <w:spacing w:after="80"/>
        <w:rPr>
          <w:color w:val="002060"/>
        </w:rPr>
      </w:pPr>
      <w:r w:rsidRPr="007F0076">
        <w:rPr>
          <w:color w:val="002060"/>
          <w:sz w:val="19"/>
        </w:rPr>
        <w:t>A ficha deve ser preenchida pelo encarregado de educação.</w:t>
      </w:r>
    </w:p>
    <w:p w14:paraId="53C2B3C9" w14:textId="77777777" w:rsidR="008F7D48" w:rsidRDefault="008263FB">
      <w:pPr>
        <w:pBdr>
          <w:bottom w:val="single" w:sz="8" w:space="1" w:color="C8463B"/>
        </w:pBdr>
        <w:spacing w:before="200" w:after="80"/>
      </w:pPr>
      <w:r>
        <w:rPr>
          <w:b/>
          <w:color w:val="1D3557"/>
          <w:sz w:val="24"/>
        </w:rPr>
        <w:t>1. Dados da criança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8F7D48" w14:paraId="68F633F3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6F7801BB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Nome completo</w:t>
            </w:r>
          </w:p>
        </w:tc>
        <w:tc>
          <w:tcPr>
            <w:tcW w:w="6520" w:type="dxa"/>
          </w:tcPr>
          <w:p w14:paraId="69E7495C" w14:textId="77777777" w:rsidR="008F7D48" w:rsidRDefault="008F7D48"/>
        </w:tc>
      </w:tr>
      <w:tr w:rsidR="008F7D48" w14:paraId="082A3C8B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4833CFD6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Idade</w:t>
            </w:r>
          </w:p>
        </w:tc>
        <w:tc>
          <w:tcPr>
            <w:tcW w:w="6520" w:type="dxa"/>
          </w:tcPr>
          <w:p w14:paraId="06B9276D" w14:textId="77777777" w:rsidR="008F7D48" w:rsidRDefault="008F7D48"/>
        </w:tc>
      </w:tr>
      <w:tr w:rsidR="008F7D48" w14:paraId="3C077EE2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57615FF6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Escola</w:t>
            </w:r>
          </w:p>
        </w:tc>
        <w:tc>
          <w:tcPr>
            <w:tcW w:w="6520" w:type="dxa"/>
          </w:tcPr>
          <w:p w14:paraId="4DAB3470" w14:textId="77777777" w:rsidR="008F7D48" w:rsidRDefault="008F7D48"/>
        </w:tc>
      </w:tr>
      <w:tr w:rsidR="008F7D48" w14:paraId="48495F8E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069B87E9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Alergias ou restrições alimentares</w:t>
            </w:r>
          </w:p>
        </w:tc>
        <w:tc>
          <w:tcPr>
            <w:tcW w:w="6520" w:type="dxa"/>
          </w:tcPr>
          <w:p w14:paraId="17B9A706" w14:textId="77777777" w:rsidR="008F7D48" w:rsidRDefault="008F7D48"/>
        </w:tc>
      </w:tr>
    </w:tbl>
    <w:p w14:paraId="41E3A446" w14:textId="77777777" w:rsidR="008F7D48" w:rsidRDefault="008263FB">
      <w:pPr>
        <w:spacing w:before="60" w:after="0"/>
      </w:pPr>
      <w:r>
        <w:rPr>
          <w:color w:val="1D3557"/>
          <w:sz w:val="18"/>
        </w:rPr>
        <w:t>Durante a atividade será servido um lanche. Indique se a criança tem alguma alergia ou restrição alimentar (se não tiver, escreva "Nenhuma").</w:t>
      </w:r>
    </w:p>
    <w:p w14:paraId="5521FB87" w14:textId="77777777" w:rsidR="008F7D48" w:rsidRDefault="008263FB">
      <w:pPr>
        <w:pBdr>
          <w:bottom w:val="single" w:sz="8" w:space="1" w:color="C8463B"/>
        </w:pBdr>
        <w:spacing w:before="200" w:after="80"/>
      </w:pPr>
      <w:r>
        <w:rPr>
          <w:b/>
          <w:color w:val="1D3557"/>
          <w:sz w:val="24"/>
        </w:rPr>
        <w:t>2. Dados do encarregado de educação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8F7D48" w14:paraId="7133B7F2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13BB4BAD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Nome completo</w:t>
            </w:r>
          </w:p>
        </w:tc>
        <w:tc>
          <w:tcPr>
            <w:tcW w:w="6520" w:type="dxa"/>
          </w:tcPr>
          <w:p w14:paraId="1352F954" w14:textId="77777777" w:rsidR="008F7D48" w:rsidRDefault="008F7D48"/>
        </w:tc>
      </w:tr>
      <w:tr w:rsidR="008F7D48" w14:paraId="16BAF381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6824B41A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Contacto telefónico</w:t>
            </w:r>
          </w:p>
        </w:tc>
        <w:tc>
          <w:tcPr>
            <w:tcW w:w="6520" w:type="dxa"/>
          </w:tcPr>
          <w:p w14:paraId="631E2694" w14:textId="77777777" w:rsidR="008F7D48" w:rsidRDefault="008F7D48"/>
        </w:tc>
      </w:tr>
      <w:tr w:rsidR="008F7D48" w14:paraId="35668088" w14:textId="77777777">
        <w:trPr>
          <w:trHeight w:val="567"/>
          <w:jc w:val="center"/>
        </w:trPr>
        <w:tc>
          <w:tcPr>
            <w:tcW w:w="3118" w:type="dxa"/>
            <w:shd w:val="clear" w:color="auto" w:fill="EEF2F7"/>
            <w:vAlign w:val="center"/>
          </w:tcPr>
          <w:p w14:paraId="1D1C5962" w14:textId="77777777" w:rsidR="008F7D48" w:rsidRDefault="008263FB">
            <w:pPr>
              <w:spacing w:after="0"/>
            </w:pPr>
            <w:r>
              <w:rPr>
                <w:b/>
                <w:color w:val="1D3557"/>
              </w:rPr>
              <w:t>Email</w:t>
            </w:r>
          </w:p>
        </w:tc>
        <w:tc>
          <w:tcPr>
            <w:tcW w:w="6520" w:type="dxa"/>
          </w:tcPr>
          <w:p w14:paraId="639DBCF2" w14:textId="77777777" w:rsidR="008F7D48" w:rsidRDefault="008F7D48"/>
        </w:tc>
      </w:tr>
    </w:tbl>
    <w:p w14:paraId="385DBB79" w14:textId="77777777" w:rsidR="008F7D48" w:rsidRDefault="008263FB">
      <w:pPr>
        <w:pBdr>
          <w:bottom w:val="single" w:sz="8" w:space="1" w:color="C8463B"/>
        </w:pBdr>
        <w:spacing w:before="200" w:after="80"/>
      </w:pPr>
      <w:r>
        <w:rPr>
          <w:b/>
          <w:color w:val="1D3557"/>
          <w:sz w:val="24"/>
        </w:rPr>
        <w:t>3. Proteção de dados pessoais (RGPD)</w:t>
      </w:r>
    </w:p>
    <w:p w14:paraId="7EEDD12B" w14:textId="77777777" w:rsidR="008F7D48" w:rsidRDefault="008263FB">
      <w:pPr>
        <w:spacing w:after="120"/>
        <w:jc w:val="both"/>
      </w:pPr>
      <w:r>
        <w:rPr>
          <w:sz w:val="19"/>
        </w:rPr>
        <w:t>Os dados pessoais recolhidos nesta ficha destinam-se exclusivamente à organização e gestão da participação na Assembleia de Crianças de São Vicente, sendo tratados pela Junta de Freguesia de São Vicente, enquanto responsável pelo tratamento, nos termos do Regulamento Geral sobre a Proteção de Dados (Regulamento (UE) 2016/679). Os dados não serão cedidos a terceiros e serão conservados apenas pelo tempo necessário a esta finalidade. O titular dos dados pode, a qualquer momento, exercer os direitos de acesso,</w:t>
      </w:r>
      <w:r>
        <w:rPr>
          <w:sz w:val="19"/>
        </w:rPr>
        <w:t xml:space="preserve"> retificação, apagamento e retirada do consentimento, através do contacto [email da Junta / do Encarregado de Proteção de Dados].</w:t>
      </w:r>
    </w:p>
    <w:p w14:paraId="047E5204" w14:textId="77777777" w:rsidR="008F7D48" w:rsidRDefault="008263FB">
      <w:pPr>
        <w:spacing w:after="40"/>
      </w:pPr>
      <w:r>
        <w:t>☐</w:t>
      </w:r>
      <w:r>
        <w:t xml:space="preserve">  Autorizo a Junta de Freguesia de São Vicente a tratar os dados pessoais acima indicados, incluindo a informação sobre alergias, para a finalidade descrita.</w:t>
      </w:r>
    </w:p>
    <w:p w14:paraId="7D1D0C6F" w14:textId="77777777" w:rsidR="008F7D48" w:rsidRDefault="008263FB">
      <w:pPr>
        <w:spacing w:after="200"/>
      </w:pPr>
      <w:r>
        <w:t>☐</w:t>
      </w:r>
      <w:r>
        <w:t xml:space="preserve">  Autorizo a participação do meu educando na Assembleia de Crianças de São Vicente.</w:t>
      </w:r>
    </w:p>
    <w:p w14:paraId="5E730C3D" w14:textId="77777777" w:rsidR="008F7D48" w:rsidRDefault="008263FB">
      <w:pPr>
        <w:spacing w:before="120" w:after="280"/>
      </w:pPr>
      <w:r>
        <w:t>Data: ____ / ____ / ________</w:t>
      </w:r>
    </w:p>
    <w:p w14:paraId="7EA95B32" w14:textId="77777777" w:rsidR="008F7D48" w:rsidRDefault="008263FB">
      <w:pPr>
        <w:spacing w:after="280"/>
      </w:pPr>
      <w:r>
        <w:t>Assinatura do encarregado de educação: _____________________________________________</w:t>
      </w:r>
    </w:p>
    <w:p w14:paraId="421C819A" w14:textId="37DDFBE5" w:rsidR="008F7D48" w:rsidRDefault="008263FB">
      <w:pPr>
        <w:spacing w:before="120"/>
        <w:jc w:val="center"/>
      </w:pPr>
      <w:r>
        <w:rPr>
          <w:color w:val="1D3557"/>
          <w:sz w:val="18"/>
        </w:rPr>
        <w:t xml:space="preserve">enviar para </w:t>
      </w:r>
      <w:r w:rsidR="00BC4C83">
        <w:rPr>
          <w:color w:val="1D3557"/>
          <w:sz w:val="18"/>
        </w:rPr>
        <w:t xml:space="preserve"> </w:t>
      </w:r>
      <w:hyperlink r:id="rId8" w:history="1">
        <w:r w:rsidR="00BC4C83" w:rsidRPr="002A508B">
          <w:rPr>
            <w:rStyle w:val="Hiperligao"/>
            <w:sz w:val="18"/>
          </w:rPr>
          <w:t>crescersaovicente@jf-saovicente.pt</w:t>
        </w:r>
      </w:hyperlink>
      <w:r w:rsidR="00BC4C83">
        <w:rPr>
          <w:color w:val="1D3557"/>
          <w:sz w:val="18"/>
        </w:rPr>
        <w:t xml:space="preserve"> </w:t>
      </w:r>
      <w:r>
        <w:rPr>
          <w:color w:val="1D3557"/>
          <w:sz w:val="18"/>
        </w:rPr>
        <w:t xml:space="preserve">. Mais informações: </w:t>
      </w:r>
      <w:r w:rsidR="00BC4C83">
        <w:rPr>
          <w:color w:val="1D3557"/>
          <w:sz w:val="18"/>
        </w:rPr>
        <w:t xml:space="preserve">966 068 405 </w:t>
      </w:r>
    </w:p>
    <w:sectPr w:rsidR="008F7D48" w:rsidSect="00034616">
      <w:head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2EBA9" w14:textId="77777777" w:rsidR="008263FB" w:rsidRDefault="008263FB" w:rsidP="007F0076">
      <w:pPr>
        <w:spacing w:after="0" w:line="240" w:lineRule="auto"/>
      </w:pPr>
      <w:r>
        <w:separator/>
      </w:r>
    </w:p>
  </w:endnote>
  <w:endnote w:type="continuationSeparator" w:id="0">
    <w:p w14:paraId="734BE788" w14:textId="77777777" w:rsidR="008263FB" w:rsidRDefault="008263FB" w:rsidP="007F0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7033" w14:textId="77777777" w:rsidR="008263FB" w:rsidRDefault="008263FB" w:rsidP="007F0076">
      <w:pPr>
        <w:spacing w:after="0" w:line="240" w:lineRule="auto"/>
      </w:pPr>
      <w:r>
        <w:separator/>
      </w:r>
    </w:p>
  </w:footnote>
  <w:footnote w:type="continuationSeparator" w:id="0">
    <w:p w14:paraId="76BFE56E" w14:textId="77777777" w:rsidR="008263FB" w:rsidRDefault="008263FB" w:rsidP="007F0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948A" w14:textId="1983B690" w:rsidR="007F0076" w:rsidRDefault="007F0076" w:rsidP="007F0076">
    <w:pPr>
      <w:pStyle w:val="Cabealho"/>
      <w:jc w:val="right"/>
    </w:pPr>
    <w:r w:rsidRPr="00B92AB2">
      <w:rPr>
        <w:rFonts w:ascii="Calibri Light" w:hAnsi="Calibri Light" w:cs="Calibri Light"/>
        <w:noProof/>
      </w:rPr>
      <w:drawing>
        <wp:inline distT="0" distB="0" distL="0" distR="0" wp14:anchorId="6CFF84A8" wp14:editId="42851371">
          <wp:extent cx="674370" cy="717550"/>
          <wp:effectExtent l="0" t="0" r="0" b="6350"/>
          <wp:docPr id="1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1826708">
    <w:abstractNumId w:val="8"/>
  </w:num>
  <w:num w:numId="2" w16cid:durableId="931857474">
    <w:abstractNumId w:val="6"/>
  </w:num>
  <w:num w:numId="3" w16cid:durableId="487063645">
    <w:abstractNumId w:val="5"/>
  </w:num>
  <w:num w:numId="4" w16cid:durableId="2121220725">
    <w:abstractNumId w:val="4"/>
  </w:num>
  <w:num w:numId="5" w16cid:durableId="1616330647">
    <w:abstractNumId w:val="7"/>
  </w:num>
  <w:num w:numId="6" w16cid:durableId="1511136225">
    <w:abstractNumId w:val="3"/>
  </w:num>
  <w:num w:numId="7" w16cid:durableId="230779031">
    <w:abstractNumId w:val="2"/>
  </w:num>
  <w:num w:numId="8" w16cid:durableId="97796713">
    <w:abstractNumId w:val="1"/>
  </w:num>
  <w:num w:numId="9" w16cid:durableId="137311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29A"/>
    <w:rsid w:val="0015074B"/>
    <w:rsid w:val="0029639D"/>
    <w:rsid w:val="00326F90"/>
    <w:rsid w:val="0043513C"/>
    <w:rsid w:val="00692754"/>
    <w:rsid w:val="007F0076"/>
    <w:rsid w:val="008263FB"/>
    <w:rsid w:val="008F7D48"/>
    <w:rsid w:val="00AA1D8D"/>
    <w:rsid w:val="00B47730"/>
    <w:rsid w:val="00BC4C83"/>
    <w:rsid w:val="00BF2F5C"/>
    <w:rsid w:val="00CB0664"/>
    <w:rsid w:val="00D4737C"/>
    <w:rsid w:val="00F937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B202D"/>
  <w14:defaultImageDpi w14:val="300"/>
  <w15:docId w15:val="{89B25AE8-83EF-42F7-B786-DBC5BE53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ligao">
    <w:name w:val="Hyperlink"/>
    <w:basedOn w:val="Tipodeletrapredefinidodopargrafo"/>
    <w:uiPriority w:val="99"/>
    <w:unhideWhenUsed/>
    <w:rsid w:val="00BC4C8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C4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scersaovicente@jf-saovicente.pt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0BA86BA3DDDE4491B68D1E94F7672D" ma:contentTypeVersion="13" ma:contentTypeDescription="Criar um novo documento." ma:contentTypeScope="" ma:versionID="0ae7785eeccc8f236ad4f5981d49e7d8">
  <xsd:schema xmlns:xsd="http://www.w3.org/2001/XMLSchema" xmlns:xs="http://www.w3.org/2001/XMLSchema" xmlns:p="http://schemas.microsoft.com/office/2006/metadata/properties" xmlns:ns2="d2ac90db-a250-4bbd-98ba-79990b309967" xmlns:ns3="02225d87-a10d-44d4-954a-909ffd270b6b" targetNamespace="http://schemas.microsoft.com/office/2006/metadata/properties" ma:root="true" ma:fieldsID="b1de0852148aecc9f6efa2ece1a0e15b" ns2:_="" ns3:_="">
    <xsd:import namespace="d2ac90db-a250-4bbd-98ba-79990b309967"/>
    <xsd:import namespace="02225d87-a10d-44d4-954a-909ffd270b6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c90db-a250-4bbd-98ba-79990b309967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d6ccd35c-6694-488d-81cb-8784dd3f91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25d87-a10d-44d4-954a-909ffd270b6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1da5530-caa3-4c4e-8bb2-7bc18d7601bd}" ma:internalName="TaxCatchAll" ma:showField="CatchAllData" ma:web="02225d87-a10d-44d4-954a-909ffd270b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ac90db-a250-4bbd-98ba-79990b309967">
      <Terms xmlns="http://schemas.microsoft.com/office/infopath/2007/PartnerControls"/>
    </lcf76f155ced4ddcb4097134ff3c332f>
    <TaxCatchAll xmlns="02225d87-a10d-44d4-954a-909ffd270b6b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02C90A-8DEF-45DF-A86C-0811A6B52918}"/>
</file>

<file path=customXml/itemProps3.xml><?xml version="1.0" encoding="utf-8"?>
<ds:datastoreItem xmlns:ds="http://schemas.openxmlformats.org/officeDocument/2006/customXml" ds:itemID="{A6131A0D-5422-4703-A880-9FB68E7E542C}"/>
</file>

<file path=customXml/itemProps4.xml><?xml version="1.0" encoding="utf-8"?>
<ds:datastoreItem xmlns:ds="http://schemas.openxmlformats.org/officeDocument/2006/customXml" ds:itemID="{67EF23D7-4FF8-49C5-9642-C134DF3FFD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Marujo</cp:lastModifiedBy>
  <cp:revision>2</cp:revision>
  <dcterms:created xsi:type="dcterms:W3CDTF">2026-11-03T15:56:00Z</dcterms:created>
  <dcterms:modified xsi:type="dcterms:W3CDTF">2026-11-03T15:56:00Z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0x010100870BA86BA3DDDE4491B68D1E94F7672D</vt:lpwstr>
  </property>
</Properties>
</file>